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4584" w14:textId="77777777" w:rsidR="002B6667" w:rsidRPr="00434169" w:rsidRDefault="001B6A4A" w:rsidP="00AB50DF">
      <w:pPr>
        <w:pStyle w:val="Kop1"/>
        <w:rPr>
          <w:lang w:val="nl-NL"/>
        </w:rPr>
      </w:pPr>
      <w:r w:rsidRPr="00434169">
        <w:rPr>
          <w:lang w:val="nl-NL"/>
        </w:rPr>
        <w:t xml:space="preserve">MACHTIGING </w:t>
      </w:r>
      <w:r>
        <w:rPr>
          <w:lang w:val="nl-NL"/>
        </w:rPr>
        <w:t xml:space="preserve">AANWIJZINGSVERZOEK </w:t>
      </w:r>
      <w:r w:rsidR="00AB50DF" w:rsidRPr="00AB50DF">
        <w:rPr>
          <w:lang w:val="nl-NL"/>
        </w:rPr>
        <w:t>OP GROND VAN ARTIKEL</w:t>
      </w:r>
      <w:r>
        <w:rPr>
          <w:lang w:val="nl-NL"/>
        </w:rPr>
        <w:t xml:space="preserve"> 13 ADVOCATENWET</w:t>
      </w:r>
    </w:p>
    <w:p w14:paraId="634A1509" w14:textId="77777777" w:rsidR="0005114C" w:rsidRPr="00434169" w:rsidRDefault="0005114C">
      <w:pPr>
        <w:rPr>
          <w:lang w:val="nl-NL"/>
        </w:rPr>
      </w:pPr>
    </w:p>
    <w:p w14:paraId="69E461DF" w14:textId="4AEFBE1C" w:rsidR="002B6667" w:rsidRPr="00BB7F12" w:rsidRDefault="00BB7F12" w:rsidP="00F60C95">
      <w:pPr>
        <w:rPr>
          <w:b/>
          <w:bCs/>
          <w:u w:val="single"/>
          <w:lang w:val="nl-NL"/>
        </w:rPr>
      </w:pPr>
      <w:r w:rsidRPr="00BB7F12">
        <w:rPr>
          <w:b/>
          <w:bCs/>
          <w:u w:val="single"/>
          <w:lang w:val="nl-NL"/>
        </w:rPr>
        <w:t>M</w:t>
      </w:r>
      <w:r w:rsidR="001B6A4A" w:rsidRPr="00BB7F12">
        <w:rPr>
          <w:b/>
          <w:bCs/>
          <w:u w:val="single"/>
          <w:lang w:val="nl-NL"/>
        </w:rPr>
        <w:t>achtiginggever</w:t>
      </w:r>
      <w:r w:rsidR="00964AAB" w:rsidRPr="00BB7F12">
        <w:rPr>
          <w:b/>
          <w:bCs/>
          <w:u w:val="single"/>
          <w:lang w:val="nl-NL"/>
        </w:rPr>
        <w:t>:</w:t>
      </w:r>
    </w:p>
    <w:p w14:paraId="0CD98F47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Naam:</w:t>
      </w:r>
    </w:p>
    <w:p w14:paraId="115A4BEC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Adres:</w:t>
      </w:r>
    </w:p>
    <w:p w14:paraId="501F47E4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Postcode en woonplaats:</w:t>
      </w:r>
    </w:p>
    <w:p w14:paraId="72647B68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Telefoonnummer:</w:t>
      </w:r>
    </w:p>
    <w:p w14:paraId="13DF3627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E-mailadres:</w:t>
      </w:r>
    </w:p>
    <w:p w14:paraId="6FF17540" w14:textId="77777777" w:rsidR="002B6667" w:rsidRPr="007B6346" w:rsidRDefault="001B6A4A" w:rsidP="007B6346">
      <w:pPr>
        <w:pStyle w:val="Geenafstand"/>
        <w:rPr>
          <w:b/>
          <w:bCs/>
          <w:u w:val="single"/>
          <w:lang w:val="nl-NL"/>
        </w:rPr>
      </w:pPr>
      <w:r w:rsidRPr="00434169">
        <w:rPr>
          <w:lang w:val="nl-NL"/>
        </w:rPr>
        <w:br/>
      </w:r>
      <w:r w:rsidRPr="007B6346">
        <w:rPr>
          <w:b/>
          <w:bCs/>
          <w:u w:val="single"/>
          <w:lang w:val="nl-NL"/>
        </w:rPr>
        <w:t>Machtigt hierbij:</w:t>
      </w:r>
      <w:r w:rsidRPr="007B6346">
        <w:rPr>
          <w:b/>
          <w:bCs/>
          <w:u w:val="single"/>
          <w:lang w:val="nl-NL"/>
        </w:rPr>
        <w:br/>
      </w:r>
    </w:p>
    <w:p w14:paraId="5FA0BC40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Naam gemachtigde:</w:t>
      </w:r>
    </w:p>
    <w:p w14:paraId="3462D644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Adres:</w:t>
      </w:r>
    </w:p>
    <w:p w14:paraId="4EC2C193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Postcode en woonplaats:</w:t>
      </w:r>
    </w:p>
    <w:p w14:paraId="41F3292E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Telefoonnummer:</w:t>
      </w:r>
    </w:p>
    <w:p w14:paraId="287F9B76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E-mailadres:</w:t>
      </w:r>
    </w:p>
    <w:p w14:paraId="62DCB508" w14:textId="113BE546" w:rsidR="006327ED" w:rsidRDefault="001B6A4A" w:rsidP="00F36FBC">
      <w:pPr>
        <w:rPr>
          <w:lang w:val="nl-NL"/>
        </w:rPr>
      </w:pPr>
      <w:r w:rsidRPr="00434169">
        <w:rPr>
          <w:lang w:val="nl-NL"/>
        </w:rPr>
        <w:br/>
        <w:t xml:space="preserve">De gemachtigde is bevoegd om namens </w:t>
      </w:r>
      <w:proofErr w:type="spellStart"/>
      <w:r w:rsidR="00BB7F12">
        <w:rPr>
          <w:lang w:val="nl-NL"/>
        </w:rPr>
        <w:t>machtiginggever</w:t>
      </w:r>
      <w:proofErr w:type="spellEnd"/>
      <w:r w:rsidRPr="00434169">
        <w:rPr>
          <w:lang w:val="nl-NL"/>
        </w:rPr>
        <w:t xml:space="preserve"> </w:t>
      </w:r>
      <w:r w:rsidR="00AC764D" w:rsidRPr="00BC6A51">
        <w:rPr>
          <w:lang w:val="nl-NL"/>
        </w:rPr>
        <w:t>een verzoek tot</w:t>
      </w:r>
      <w:r w:rsidR="00AC764D">
        <w:rPr>
          <w:lang w:val="nl-NL"/>
        </w:rPr>
        <w:t xml:space="preserve"> aanwijzing van een advocaat op grond van artikel 13 Advocatenwet</w:t>
      </w:r>
      <w:r>
        <w:rPr>
          <w:lang w:val="nl-NL"/>
        </w:rPr>
        <w:t xml:space="preserve"> </w:t>
      </w:r>
      <w:r w:rsidRPr="00434169">
        <w:rPr>
          <w:lang w:val="nl-NL"/>
        </w:rPr>
        <w:t>in te dienen bij de deken van de Orde van Advocaten</w:t>
      </w:r>
      <w:r w:rsidR="003E5BE3" w:rsidRPr="003E5BE3">
        <w:rPr>
          <w:lang w:val="nl-NL"/>
        </w:rPr>
        <w:t xml:space="preserve"> en om in dat kader namens </w:t>
      </w:r>
      <w:proofErr w:type="spellStart"/>
      <w:r w:rsidR="00BB7F12">
        <w:rPr>
          <w:lang w:val="nl-NL"/>
        </w:rPr>
        <w:t>machtiginggever</w:t>
      </w:r>
      <w:proofErr w:type="spellEnd"/>
      <w:r w:rsidR="003E5BE3" w:rsidRPr="003E5BE3">
        <w:rPr>
          <w:lang w:val="nl-NL"/>
        </w:rPr>
        <w:t xml:space="preserve"> te corresponderen en informatie te verstrekken of te ontvangen</w:t>
      </w:r>
      <w:r w:rsidRPr="00434169">
        <w:rPr>
          <w:lang w:val="nl-NL"/>
        </w:rPr>
        <w:t>.</w:t>
      </w:r>
    </w:p>
    <w:p w14:paraId="4819F010" w14:textId="2CD1E663" w:rsidR="006327ED" w:rsidRPr="00935E8C" w:rsidRDefault="006327ED" w:rsidP="006327ED">
      <w:pPr>
        <w:jc w:val="both"/>
        <w:rPr>
          <w:lang w:val="nl-NL"/>
        </w:rPr>
      </w:pPr>
      <w:r w:rsidRPr="00935E8C">
        <w:rPr>
          <w:lang w:val="nl-NL"/>
        </w:rPr>
        <w:t xml:space="preserve">Deze machtiging eindigt bij beëindiging van de </w:t>
      </w:r>
      <w:r w:rsidR="00230F4B">
        <w:rPr>
          <w:lang w:val="nl-NL"/>
        </w:rPr>
        <w:t>procedure bij de deken</w:t>
      </w:r>
      <w:r w:rsidRPr="00935E8C">
        <w:rPr>
          <w:lang w:val="nl-NL"/>
        </w:rPr>
        <w:t>, dan wel eerder door intrekking van de machtiging.</w:t>
      </w:r>
    </w:p>
    <w:p w14:paraId="01AF5E73" w14:textId="20F87887" w:rsidR="00434169" w:rsidRDefault="001B1AAF">
      <w:pPr>
        <w:rPr>
          <w:lang w:val="nl-NL"/>
        </w:rPr>
      </w:pPr>
      <w:r w:rsidRPr="00F6361C">
        <w:rPr>
          <w:lang w:val="nl-NL"/>
        </w:rPr>
        <w:t>Machtiginggever en gemachtigde geven toestemming voor de verwerking van zijn/haar persoonsgegevens</w:t>
      </w:r>
      <w:r w:rsidRPr="001B1AAF">
        <w:rPr>
          <w:lang w:val="nl-NL"/>
        </w:rPr>
        <w:t xml:space="preserve"> </w:t>
      </w:r>
      <w:r w:rsidRPr="003E5BE3">
        <w:rPr>
          <w:lang w:val="nl-NL"/>
        </w:rPr>
        <w:t>voor zover dat noodzakelijk is voor</w:t>
      </w:r>
      <w:r w:rsidRPr="00434169">
        <w:rPr>
          <w:lang w:val="nl-NL"/>
        </w:rPr>
        <w:t xml:space="preserve"> de behandeling </w:t>
      </w:r>
      <w:r w:rsidRPr="003E5BE3">
        <w:rPr>
          <w:lang w:val="nl-NL"/>
        </w:rPr>
        <w:t>van het aanwijzingsverzoek</w:t>
      </w:r>
      <w:r>
        <w:rPr>
          <w:lang w:val="nl-NL"/>
        </w:rPr>
        <w:t>,</w:t>
      </w:r>
      <w:r w:rsidRPr="00F6361C">
        <w:rPr>
          <w:lang w:val="nl-NL"/>
        </w:rPr>
        <w:t xml:space="preserve"> overeenkomstig de Algemene Verordening Gegevensbescherming (AVG).</w:t>
      </w:r>
      <w:r w:rsidR="00A2394F" w:rsidRPr="00434169">
        <w:rPr>
          <w:lang w:val="nl-NL"/>
        </w:rPr>
        <w:br/>
      </w:r>
    </w:p>
    <w:p w14:paraId="13C94E7D" w14:textId="77777777" w:rsidR="007B6346" w:rsidRDefault="007B6346">
      <w:pPr>
        <w:rPr>
          <w:lang w:val="nl-NL"/>
        </w:rPr>
      </w:pPr>
    </w:p>
    <w:p w14:paraId="0301D31C" w14:textId="77777777" w:rsidR="000029A1" w:rsidRDefault="000029A1">
      <w:pPr>
        <w:rPr>
          <w:lang w:val="nl-NL"/>
        </w:rPr>
      </w:pPr>
    </w:p>
    <w:p w14:paraId="40C42748" w14:textId="13DF899F" w:rsidR="002B6667" w:rsidRDefault="00A2394F">
      <w:pPr>
        <w:rPr>
          <w:lang w:val="nl-NL"/>
        </w:rPr>
      </w:pPr>
      <w:r w:rsidRPr="00434169">
        <w:rPr>
          <w:lang w:val="nl-NL"/>
        </w:rPr>
        <w:lastRenderedPageBreak/>
        <w:t>Plaats en datum:</w:t>
      </w:r>
    </w:p>
    <w:p w14:paraId="4023BCF0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Handtekening machtiginggever:</w:t>
      </w:r>
    </w:p>
    <w:p w14:paraId="5F8DC08E" w14:textId="77777777" w:rsidR="00104674" w:rsidRPr="00434169" w:rsidRDefault="00104674">
      <w:pPr>
        <w:rPr>
          <w:lang w:val="nl-NL"/>
        </w:rPr>
      </w:pPr>
    </w:p>
    <w:p w14:paraId="36141D7A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................................................</w:t>
      </w:r>
    </w:p>
    <w:p w14:paraId="5D853BB0" w14:textId="77777777" w:rsidR="0005114C" w:rsidRPr="00434169" w:rsidRDefault="0005114C">
      <w:pPr>
        <w:rPr>
          <w:lang w:val="nl-NL"/>
        </w:rPr>
      </w:pPr>
    </w:p>
    <w:p w14:paraId="3CBBA670" w14:textId="4EBC3CF1" w:rsidR="002B6667" w:rsidRPr="00434169" w:rsidRDefault="00A2394F">
      <w:pPr>
        <w:rPr>
          <w:lang w:val="nl-NL"/>
        </w:rPr>
      </w:pPr>
      <w:r w:rsidRPr="00434169">
        <w:rPr>
          <w:lang w:val="nl-NL"/>
        </w:rPr>
        <w:t>Handtekening gemachtigde:</w:t>
      </w:r>
    </w:p>
    <w:p w14:paraId="77D33D78" w14:textId="77777777" w:rsidR="00104674" w:rsidRPr="00434169" w:rsidRDefault="00104674">
      <w:pPr>
        <w:rPr>
          <w:lang w:val="nl-NL"/>
        </w:rPr>
      </w:pPr>
    </w:p>
    <w:p w14:paraId="05ECFDB8" w14:textId="77777777" w:rsidR="002B6667" w:rsidRPr="00434169" w:rsidRDefault="00A2394F">
      <w:pPr>
        <w:rPr>
          <w:lang w:val="nl-NL"/>
        </w:rPr>
      </w:pPr>
      <w:r w:rsidRPr="00434169">
        <w:rPr>
          <w:lang w:val="nl-NL"/>
        </w:rPr>
        <w:t>................................................</w:t>
      </w:r>
    </w:p>
    <w:p w14:paraId="1933C7A3" w14:textId="77777777" w:rsidR="00104674" w:rsidRDefault="00A2394F">
      <w:pPr>
        <w:rPr>
          <w:lang w:val="nl-NL"/>
        </w:rPr>
      </w:pPr>
      <w:r w:rsidRPr="00434169">
        <w:rPr>
          <w:lang w:val="nl-NL"/>
        </w:rPr>
        <w:br/>
      </w:r>
    </w:p>
    <w:p w14:paraId="34C90F37" w14:textId="77777777" w:rsidR="00461D73" w:rsidRPr="00434169" w:rsidRDefault="00461D73">
      <w:pPr>
        <w:rPr>
          <w:lang w:val="nl-NL"/>
        </w:rPr>
      </w:pPr>
    </w:p>
    <w:p w14:paraId="6FCE25F3" w14:textId="7DEA1BA7" w:rsidR="002B6667" w:rsidRPr="00434169" w:rsidRDefault="00A2394F">
      <w:pPr>
        <w:rPr>
          <w:lang w:val="nl-NL"/>
        </w:rPr>
      </w:pPr>
      <w:r w:rsidRPr="00434169">
        <w:rPr>
          <w:lang w:val="nl-NL"/>
        </w:rPr>
        <w:t>Bijlagen:</w:t>
      </w:r>
    </w:p>
    <w:p w14:paraId="7FE1CEBF" w14:textId="77777777" w:rsidR="00D17488" w:rsidRPr="00D17488" w:rsidRDefault="00D17488" w:rsidP="00D17488">
      <w:pPr>
        <w:rPr>
          <w:lang w:val="nl-NL"/>
        </w:rPr>
      </w:pPr>
      <w:r w:rsidRPr="00D17488">
        <w:rPr>
          <w:lang w:val="nl-NL"/>
        </w:rPr>
        <w:t xml:space="preserve">- Kopie identiteitsbewijs/paspoort </w:t>
      </w:r>
      <w:proofErr w:type="spellStart"/>
      <w:r w:rsidRPr="00D17488">
        <w:rPr>
          <w:lang w:val="nl-NL"/>
        </w:rPr>
        <w:t>machtiginggever</w:t>
      </w:r>
      <w:proofErr w:type="spellEnd"/>
      <w:r w:rsidRPr="00D17488">
        <w:rPr>
          <w:lang w:val="nl-NL"/>
        </w:rPr>
        <w:t xml:space="preserve"> (afschermen*)</w:t>
      </w:r>
    </w:p>
    <w:p w14:paraId="14C565C8" w14:textId="77777777" w:rsidR="00D17488" w:rsidRPr="00D17488" w:rsidRDefault="00D17488" w:rsidP="00D17488">
      <w:pPr>
        <w:rPr>
          <w:lang w:val="nl-NL"/>
        </w:rPr>
      </w:pPr>
      <w:r w:rsidRPr="00D17488">
        <w:rPr>
          <w:lang w:val="nl-NL"/>
        </w:rPr>
        <w:t>- Kopie identiteitsbewijs/paspoort gemachtigde (afschermen*)</w:t>
      </w:r>
    </w:p>
    <w:p w14:paraId="73DE6ED0" w14:textId="77777777" w:rsidR="00D17488" w:rsidRPr="00C73FC3" w:rsidRDefault="00D17488" w:rsidP="00D17488">
      <w:pPr>
        <w:tabs>
          <w:tab w:val="num" w:pos="720"/>
        </w:tabs>
        <w:rPr>
          <w:i/>
          <w:iCs/>
          <w:sz w:val="18"/>
          <w:szCs w:val="18"/>
          <w:lang w:val="nl-NL"/>
        </w:rPr>
      </w:pPr>
      <w:r>
        <w:rPr>
          <w:i/>
          <w:iCs/>
          <w:sz w:val="16"/>
          <w:szCs w:val="16"/>
          <w:lang w:val="nl-NL"/>
        </w:rPr>
        <w:br/>
      </w:r>
      <w:r w:rsidRPr="00C73FC3">
        <w:rPr>
          <w:b/>
          <w:bCs/>
          <w:sz w:val="18"/>
          <w:szCs w:val="18"/>
          <w:u w:val="single"/>
          <w:lang w:val="nl-NL"/>
        </w:rPr>
        <w:t>AFSCHERMEN</w:t>
      </w:r>
      <w:r w:rsidRPr="00C73FC3">
        <w:rPr>
          <w:b/>
          <w:bCs/>
          <w:i/>
          <w:iCs/>
          <w:sz w:val="18"/>
          <w:szCs w:val="18"/>
          <w:lang w:val="nl-NL"/>
        </w:rPr>
        <w:t xml:space="preserve">: </w:t>
      </w:r>
      <w:r w:rsidRPr="00C73FC3">
        <w:rPr>
          <w:i/>
          <w:iCs/>
          <w:sz w:val="18"/>
          <w:szCs w:val="18"/>
          <w:lang w:val="nl-NL"/>
        </w:rPr>
        <w:t>Alleen gegevens die strikt nodig zijn voor identificatie (voornamen, achternaam, geboortedatum, geslacht, handtekening en datum van geldigheid) laat u zichtbaar. In ieder geval moet u onleesbaar maken: het documentnummer, burgerservicenummer (BSN), inclusief de cijferreeks onderaan; uw pasfoto; datum en plaats van afgifte, lengte</w:t>
      </w:r>
      <w:r w:rsidRPr="00F37839">
        <w:rPr>
          <w:i/>
          <w:iCs/>
          <w:sz w:val="18"/>
          <w:szCs w:val="18"/>
          <w:lang w:val="nl-NL"/>
        </w:rPr>
        <w:t>, nationaliteit</w:t>
      </w:r>
      <w:r w:rsidRPr="00C73FC3">
        <w:rPr>
          <w:i/>
          <w:iCs/>
          <w:sz w:val="18"/>
          <w:szCs w:val="18"/>
          <w:lang w:val="nl-NL"/>
        </w:rPr>
        <w:t>.</w:t>
      </w:r>
    </w:p>
    <w:p w14:paraId="51B368A9" w14:textId="204E88C6" w:rsidR="002B6667" w:rsidRPr="00434169" w:rsidRDefault="002B6667" w:rsidP="00D17488">
      <w:pPr>
        <w:rPr>
          <w:lang w:val="nl-NL"/>
        </w:rPr>
      </w:pPr>
    </w:p>
    <w:sectPr w:rsidR="002B6667" w:rsidRPr="0043416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592081">
    <w:abstractNumId w:val="8"/>
  </w:num>
  <w:num w:numId="2" w16cid:durableId="1543128027">
    <w:abstractNumId w:val="6"/>
  </w:num>
  <w:num w:numId="3" w16cid:durableId="1647583899">
    <w:abstractNumId w:val="5"/>
  </w:num>
  <w:num w:numId="4" w16cid:durableId="1701392781">
    <w:abstractNumId w:val="4"/>
  </w:num>
  <w:num w:numId="5" w16cid:durableId="955672027">
    <w:abstractNumId w:val="7"/>
  </w:num>
  <w:num w:numId="6" w16cid:durableId="906838684">
    <w:abstractNumId w:val="3"/>
  </w:num>
  <w:num w:numId="7" w16cid:durableId="477111397">
    <w:abstractNumId w:val="2"/>
  </w:num>
  <w:num w:numId="8" w16cid:durableId="1717966412">
    <w:abstractNumId w:val="1"/>
  </w:num>
  <w:num w:numId="9" w16cid:durableId="175744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5B"/>
    <w:rsid w:val="000029A1"/>
    <w:rsid w:val="00020973"/>
    <w:rsid w:val="00034616"/>
    <w:rsid w:val="0005114C"/>
    <w:rsid w:val="0006063C"/>
    <w:rsid w:val="00104674"/>
    <w:rsid w:val="0015074B"/>
    <w:rsid w:val="00157FA2"/>
    <w:rsid w:val="001B1AAF"/>
    <w:rsid w:val="001B6A4A"/>
    <w:rsid w:val="001D2630"/>
    <w:rsid w:val="00230F4B"/>
    <w:rsid w:val="0029639D"/>
    <w:rsid w:val="002B61D6"/>
    <w:rsid w:val="002B6667"/>
    <w:rsid w:val="00326F90"/>
    <w:rsid w:val="003E5BE3"/>
    <w:rsid w:val="00434169"/>
    <w:rsid w:val="00450203"/>
    <w:rsid w:val="00461D73"/>
    <w:rsid w:val="004A5FFD"/>
    <w:rsid w:val="006327ED"/>
    <w:rsid w:val="007A0C2F"/>
    <w:rsid w:val="007B6346"/>
    <w:rsid w:val="00964AAB"/>
    <w:rsid w:val="00A2394F"/>
    <w:rsid w:val="00A97D91"/>
    <w:rsid w:val="00AA1D8D"/>
    <w:rsid w:val="00AB50DF"/>
    <w:rsid w:val="00AC764D"/>
    <w:rsid w:val="00B2702D"/>
    <w:rsid w:val="00B42BD5"/>
    <w:rsid w:val="00B47730"/>
    <w:rsid w:val="00BB7F12"/>
    <w:rsid w:val="00BC6A51"/>
    <w:rsid w:val="00C62202"/>
    <w:rsid w:val="00CB0664"/>
    <w:rsid w:val="00D17488"/>
    <w:rsid w:val="00FC693F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14B50"/>
  <w14:defaultImageDpi w14:val="300"/>
  <w15:docId w15:val="{6188620C-6F58-4637-80F9-CF2DA3CF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993D776D7F2489E073D340AB1A063" ma:contentTypeVersion="4" ma:contentTypeDescription="Een nieuw document maken." ma:contentTypeScope="" ma:versionID="354c8565c5efc3bebf1616f3c66d823d">
  <xsd:schema xmlns:xsd="http://www.w3.org/2001/XMLSchema" xmlns:xs="http://www.w3.org/2001/XMLSchema" xmlns:p="http://schemas.microsoft.com/office/2006/metadata/properties" xmlns:ns2="a9af24f9-6b13-4d73-90cb-70a93be8e5df" targetNamespace="http://schemas.microsoft.com/office/2006/metadata/properties" ma:root="true" ma:fieldsID="5ee6b9b34d489843628dcde9f97c6b67" ns2:_="">
    <xsd:import namespace="a9af24f9-6b13-4d73-90cb-70a93be8e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f24f9-6b13-4d73-90cb-70a93be8e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1CBC3-D03D-456B-A0BD-24E7E75CE4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B9AA7-9353-4DAF-8B83-59832D5BDF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118587-5962-49AF-8C2D-540E1ABCD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f24f9-6b13-4d73-90cb-70a93be8e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</Words>
  <Characters>1403</Characters>
  <Application>Microsoft Office Word</Application>
  <DocSecurity>0</DocSecurity>
  <Lines>56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Keijzers</dc:creator>
  <cp:keywords/>
  <dc:description>generated by python-docx</dc:description>
  <cp:lastModifiedBy>Esther van der Hoek</cp:lastModifiedBy>
  <cp:revision>10</cp:revision>
  <dcterms:created xsi:type="dcterms:W3CDTF">2026-09-22T08:00:00Z</dcterms:created>
  <dcterms:modified xsi:type="dcterms:W3CDTF">2026-09-22T08:24:00Z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0x010100190993D776D7F2489E073D340AB1A063</vt:lpwstr>
  </property>
  <property fmtid="{D5CDD505-2E9C-101B-9397-08002B2CF9AE}" pid="3" name="MediaServiceImageTags">
    <vt:lpwstr/>
  </property>
</Properties>
</file>